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الطرق المحاسبية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أمين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9789957110116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