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تداول الأوراق المالية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عبد الباسط كريم مولود/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منشورات الحلبي الحقوقية/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653ص.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9789953524368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الاوراق المالية/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