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حديثة في ادارة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 نعيم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658807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البنوك/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