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Information; communication et management dans l'entreprise: quels en jeux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philippe paquet/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9782296068469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