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مواضيع علم النفس وعلم النفس الاجتماعي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موراد مرداسي/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9789961010174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النفس الإجتماعي/ علم النفس العام/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