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 والمخت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قراءة/ الكتابة/ التفكيك/ التأويل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