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ث ابن جني اللغوي والدرس اللسا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لياني ب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ة/ إبن ج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