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إسماعيل سامعي/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الإقتصادي/ الإسلام/ الحضارة الإسلامية/ النظام السياسي/ النظام الأمني/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