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عالمية الإسلام وأخلاقيات رسوله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الإسلام/ أخلاق الرسول/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