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أسس المنطق الصوري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رشيد قوقام/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9789961011805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فلسفة/ المنطق الصوري/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