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الغزوات أيام الرسول صلى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