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المشهد في الإبداع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التعبير/ سيمياء الصورة/ المشهد/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