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وأبرز اتجاهاته وأعلامه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عروة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أعلام/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