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l'outil statistique en experimentation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Blel  Azouzi/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9789961009963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