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رفيق الطيب/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9789961009680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التسيير/ التنظيم/ المنشأة/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