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رزق الله العربي بن المهيدي/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