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السلاسل الزمنية وتقنيات التنبؤ القصير المدى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مولود حشمان/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9789961002988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التنبؤ/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