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9789961004968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الصرف/ القروض/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