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المالية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علي زغدود/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9789961008195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المالية العامة/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