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الوظيفة العمومية بين التطور والتحول من منظور تسيير الموارد البشرية وأخلاقيات المهنة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سعيد مقدم/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9789961013786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الموارد البشرية/ الوظيفة العمومية/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