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والتسيير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بشير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التسيير/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