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سلاطنية بلقاسم/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القراءات/ أدوات جمع البيانات/ تحليل البيانات/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