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ظمة العالمية للتجارة م ع 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فوظ لعش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سلسلة القانون الاقتصاد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99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ظمة العالمية للتجا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