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الرياضي والنماذج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معتوق أمحمد/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 الرياضي/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