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de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Alain Foucault/ </w:t>
            </w:r>
          </w:p>
        </w:tc>
      </w:tr>
      <w:tr>
        <w:trPr>
          <w:trHeight w:val="567"/>
        </w:trPr>
        <w:tc>
          <w:tcPr>
            <w:tcW w:type="dxa" w:w="3000"/>
          </w:tcPr>
          <w:p>
            <w:r>
              <w:t>Edition</w:t>
            </w:r>
          </w:p>
        </w:tc>
        <w:tc>
          <w:tcPr>
            <w:tcW w:type="dxa" w:w="7000"/>
          </w:tcPr>
          <w:p>
            <w:r>
              <w:t>7.éd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388p.</w:t>
            </w:r>
          </w:p>
        </w:tc>
      </w:tr>
      <w:tr>
        <w:trPr>
          <w:trHeight w:val="567"/>
        </w:trPr>
        <w:tc>
          <w:tcPr>
            <w:tcW w:type="dxa" w:w="3000"/>
          </w:tcPr>
          <w:p>
            <w:r>
              <w:t>Format</w:t>
            </w:r>
          </w:p>
        </w:tc>
        <w:tc>
          <w:tcPr>
            <w:tcW w:type="dxa" w:w="7000"/>
          </w:tcPr>
          <w:p>
            <w:r>
              <w:t>24*13</w:t>
            </w:r>
          </w:p>
        </w:tc>
      </w:tr>
      <w:tr>
        <w:trPr>
          <w:trHeight w:val="567"/>
        </w:trPr>
        <w:tc>
          <w:tcPr>
            <w:tcW w:type="dxa" w:w="3000"/>
          </w:tcPr>
          <w:p>
            <w:r>
              <w:t>Numéro d'Identification</w:t>
            </w:r>
          </w:p>
        </w:tc>
        <w:tc>
          <w:tcPr>
            <w:tcW w:type="dxa" w:w="7000"/>
          </w:tcPr>
          <w:p>
            <w:r>
              <w:t>9782100547784</w:t>
            </w:r>
          </w:p>
        </w:tc>
      </w:tr>
    </w:tbl>
    <w:p>
      <w:pPr>
        <w:pStyle w:val="Heading3"/>
      </w:pPr>
      <w:r>
        <w:t>Résumé :</w:t>
      </w:r>
    </w:p>
    <w:p>
      <w:r>
        <w:t>Ce dictionnaire de référence couvre tous les domaines des Sciences de la Terre et de l'environnement : minéralogie, pétrographie, préhistoire, géochimie, géologie du Quaternaire, géomorphologie, géophysique, paléontologie, stratigraphie, tectonique, volcanologie.... Riche de plus de 4 000 entrées dont plus d'une centaine sont nouvelles, cette septième édition a été entièrement révisée pour tenir compte des dernières nomenclatures.</w:t>
        <w:br/>
        <w:br/>
        <w:br/>
        <w:br/>
        <w:t>La géologie est, avant tout, une science de terrain : observations et prélèvements y sont le matériau de base de toute recherche. Pour en tirer parti, le géologue doit faire appel a beaucoup d'autres disciplines : physique, chimie, biologie, etc.</w:t>
        <w:br/>
        <w:br/>
        <w:br/>
        <w:br/>
        <w:t>Le vocabulaire du géologue reflète cette pluridisciplinarité et désigne donc une multitude de notions et d'objets. Il évolue en fonction des sciences qui l'utilisent et, au besoin, le modifient ou l'enrichissent.</w:t>
        <w:br/>
        <w:br/>
        <w:br/>
        <w:br/>
        <w:t>C'est pourquoi il était indispensable de disposer d'un dictionnaire pratique et actuel. Les auteurs ont mené à bien cette tâche difficile avec le souci de rendre cet ouvrage maniable et lisible. Cela les a conduit à effectuer une sélection rigoureuse des termes définis dans des domaines tels que la géologie sédimentaire, structurale, marine, la pétrologie, la minéralogie, la géophysique, la géomorphologie, la paléontologie, la préhistoire, etc.</w:t>
        <w:br/>
        <w:br/>
        <w:br/>
        <w:br/>
        <w:t>Les termes sont généralement suivis de leur étymologie et de leur définition. Parfois, pour une meilleure compréhension de la notion, le lecteur est renvoyé à un article plus développé, à caractère encyclopédique, qui peut constituer le point de départ d'une étude plus approfondie. Cette sixième édition tient compte des dernières avancées dans le domaine embrassé, notamment en matière de préhistoire. Elle est enrichie de 8 planches en couleur. Elle comporte la traduction des termes en anglais.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