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MPSI/PCSI/PTSI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Jean-Marie Brébec/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9782011459107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