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sciences physiques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9782011458278</w:t>
            </w:r>
          </w:p>
        </w:tc>
      </w:tr>
    </w:tbl>
    <w:p>
      <w:pPr>
        <w:pStyle w:val="Heading3"/>
      </w:pPr>
      <w:r>
        <w:t>Résumé :</w:t>
      </w:r>
    </w:p>
    <w:p>
      <w:r>
        <w:t>Compilation d'exercices corrigés pour les classes prépas aux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