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s vers la sup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. C De La Souch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527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