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Longman student grammar of spoken and written english  A+B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Douglas Biber/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Longman/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9780582539426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