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eyond the sent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0640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