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Selected Poems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John  Keats/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9780582414662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