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French Lieutenant's Woman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 Fowles/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9780582020931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