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sfield Par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03967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