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ayor of Casterbri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3142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