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Northanger Abbey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Jane Austen/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Longman/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420192344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