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Taming of the shrew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William Shakespeare/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9780582781986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