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 the greenwood tree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9780582782066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