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Merchant's 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Geoffrey Chaucer/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420193644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