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Journal of the plague year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420193944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