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Defining issues in english language teaching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9780194374453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