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History of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9780194421850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