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بن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07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اداري الاقتصاد/ المنظمة العالمية للت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