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المعمقة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عاشور كتوش/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الاوراق التجارية/ الاوراق المالية/ الضرائب/ الاستثمارات/ المخزون/ النقدية/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