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لياس قلاب ذبيح/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تمارين/ التسيير المالي و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