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Cas pratique de comptabilité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farid makhlouf/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eurl pages bleues/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9789961734926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Comptabilité analytique/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