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d'analyse, L3M1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wieslawa j ; kaczor/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9782759800865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