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Cours Et Exercices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admane. 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OPU3053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