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العدالة الجنائية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القادر البقيرات/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OPU4740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المسؤولية الجنائية/ الجرائم/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