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السوق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نصيب رجم/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العلوم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9961805747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المؤسسة/ سلوك المستهلك/ السوق الخارجي/ المنهاج التسويقي/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