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الوجيز في الدراسات المصرفية والتجارية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المحامي ميشال بيار الشرتوني/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المؤسسة الحديثة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330793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البورصة/ لبنان/ الأسهم/ المصارف/ العقود الائتمانية/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